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4EAB" w14:textId="77777777" w:rsidR="0099453B" w:rsidRDefault="0099453B">
      <w:pPr>
        <w:keepLines/>
        <w:pBdr>
          <w:bottom w:val="single" w:sz="12" w:space="1" w:color="B89130"/>
        </w:pBdr>
        <w:spacing w:after="100"/>
      </w:pPr>
    </w:p>
    <w:p w14:paraId="2064D5E2" w14:textId="77777777" w:rsidR="0099453B" w:rsidRPr="003C3240" w:rsidRDefault="00000000">
      <w:pPr>
        <w:pStyle w:val="Titel"/>
        <w:keepLines/>
        <w:jc w:val="center"/>
        <w:rPr>
          <w:sz w:val="52"/>
          <w:lang w:val="nl-BE"/>
        </w:rPr>
      </w:pPr>
      <w:r w:rsidRPr="003C3240">
        <w:rPr>
          <w:sz w:val="52"/>
          <w:lang w:val="nl-BE"/>
        </w:rPr>
        <w:t>CONSENTFORMULIER</w:t>
      </w:r>
    </w:p>
    <w:p w14:paraId="576DF7F9" w14:textId="77777777" w:rsidR="0099453B" w:rsidRPr="003C3240" w:rsidRDefault="00000000">
      <w:pPr>
        <w:keepLines/>
        <w:spacing w:after="160"/>
        <w:jc w:val="center"/>
        <w:rPr>
          <w:sz w:val="40"/>
          <w:szCs w:val="40"/>
          <w:lang w:val="nl-BE"/>
        </w:rPr>
      </w:pPr>
      <w:r w:rsidRPr="003C3240">
        <w:rPr>
          <w:b/>
          <w:color w:val="484E2B"/>
          <w:sz w:val="40"/>
          <w:szCs w:val="40"/>
          <w:lang w:val="nl-BE"/>
        </w:rPr>
        <w:t>Orthomoleculaire voedings- en leefstijlbegeleiding</w:t>
      </w:r>
    </w:p>
    <w:p w14:paraId="30CEE021" w14:textId="77777777" w:rsidR="0099453B" w:rsidRPr="003C3240" w:rsidRDefault="00000000">
      <w:pPr>
        <w:pStyle w:val="Kop1"/>
        <w:rPr>
          <w:lang w:val="nl-BE"/>
        </w:rPr>
      </w:pPr>
      <w:r w:rsidRPr="003C3240">
        <w:rPr>
          <w:lang w:val="nl-BE"/>
        </w:rPr>
        <w:t xml:space="preserve">1. </w:t>
      </w:r>
      <w:r w:rsidRPr="003A1CC9">
        <w:rPr>
          <w:sz w:val="32"/>
          <w:szCs w:val="32"/>
          <w:lang w:val="nl-BE"/>
        </w:rPr>
        <w:t>Persoonlijke gegevens</w:t>
      </w:r>
    </w:p>
    <w:tbl>
      <w:tblPr>
        <w:tblW w:w="0" w:type="auto"/>
        <w:jc w:val="center"/>
        <w:tblLayout w:type="fixed"/>
        <w:tblLook w:val="04A0" w:firstRow="1" w:lastRow="0" w:firstColumn="1" w:lastColumn="0" w:noHBand="0" w:noVBand="1"/>
      </w:tblPr>
      <w:tblGrid>
        <w:gridCol w:w="2381"/>
        <w:gridCol w:w="6973"/>
      </w:tblGrid>
      <w:tr w:rsidR="0099453B" w14:paraId="176D7819" w14:textId="77777777">
        <w:trPr>
          <w:jc w:val="center"/>
        </w:trPr>
        <w:tc>
          <w:tcPr>
            <w:tcW w:w="2381" w:type="dxa"/>
            <w:shd w:val="clear" w:color="auto" w:fill="F4F5EF"/>
            <w:vAlign w:val="center"/>
          </w:tcPr>
          <w:p w14:paraId="0B790F35" w14:textId="77777777" w:rsidR="0099453B" w:rsidRPr="003A1CC9" w:rsidRDefault="00000000">
            <w:pPr>
              <w:rPr>
                <w:sz w:val="22"/>
              </w:rPr>
            </w:pPr>
            <w:r w:rsidRPr="003A1CC9">
              <w:rPr>
                <w:b/>
                <w:color w:val="484E2B"/>
                <w:sz w:val="22"/>
              </w:rPr>
              <w:t>Naam en voornaam</w:t>
            </w:r>
          </w:p>
        </w:tc>
        <w:tc>
          <w:tcPr>
            <w:tcW w:w="6973" w:type="dxa"/>
            <w:shd w:val="clear" w:color="auto" w:fill="F4F5EF"/>
            <w:vAlign w:val="center"/>
          </w:tcPr>
          <w:p w14:paraId="3E492717" w14:textId="77777777" w:rsidR="0099453B" w:rsidRDefault="00000000">
            <w:r>
              <w:t>................................................................................................</w:t>
            </w:r>
          </w:p>
        </w:tc>
      </w:tr>
      <w:tr w:rsidR="0099453B" w14:paraId="0E396203" w14:textId="77777777">
        <w:trPr>
          <w:jc w:val="center"/>
        </w:trPr>
        <w:tc>
          <w:tcPr>
            <w:tcW w:w="2381" w:type="dxa"/>
            <w:shd w:val="clear" w:color="auto" w:fill="FFFFFF"/>
            <w:vAlign w:val="center"/>
          </w:tcPr>
          <w:p w14:paraId="5DA50948" w14:textId="77777777" w:rsidR="0099453B" w:rsidRPr="003A1CC9" w:rsidRDefault="00000000">
            <w:pPr>
              <w:rPr>
                <w:sz w:val="22"/>
              </w:rPr>
            </w:pPr>
            <w:r w:rsidRPr="003A1CC9">
              <w:rPr>
                <w:b/>
                <w:color w:val="484E2B"/>
                <w:sz w:val="22"/>
              </w:rPr>
              <w:t>Geboortedatum</w:t>
            </w:r>
          </w:p>
        </w:tc>
        <w:tc>
          <w:tcPr>
            <w:tcW w:w="6973" w:type="dxa"/>
            <w:shd w:val="clear" w:color="auto" w:fill="FFFFFF"/>
            <w:vAlign w:val="center"/>
          </w:tcPr>
          <w:p w14:paraId="1F6203D2" w14:textId="77777777" w:rsidR="0099453B" w:rsidRDefault="00000000">
            <w:r>
              <w:t>................................................................................................</w:t>
            </w:r>
          </w:p>
        </w:tc>
      </w:tr>
      <w:tr w:rsidR="0099453B" w14:paraId="704F4DFB" w14:textId="77777777">
        <w:trPr>
          <w:jc w:val="center"/>
        </w:trPr>
        <w:tc>
          <w:tcPr>
            <w:tcW w:w="2381" w:type="dxa"/>
            <w:shd w:val="clear" w:color="auto" w:fill="F4F5EF"/>
            <w:vAlign w:val="center"/>
          </w:tcPr>
          <w:p w14:paraId="4A71D4F2" w14:textId="77777777" w:rsidR="0099453B" w:rsidRPr="003A1CC9" w:rsidRDefault="00000000">
            <w:pPr>
              <w:rPr>
                <w:sz w:val="22"/>
              </w:rPr>
            </w:pPr>
            <w:r w:rsidRPr="003A1CC9">
              <w:rPr>
                <w:b/>
                <w:color w:val="484E2B"/>
                <w:sz w:val="22"/>
              </w:rPr>
              <w:t>E-mail</w:t>
            </w:r>
          </w:p>
        </w:tc>
        <w:tc>
          <w:tcPr>
            <w:tcW w:w="6973" w:type="dxa"/>
            <w:shd w:val="clear" w:color="auto" w:fill="F4F5EF"/>
            <w:vAlign w:val="center"/>
          </w:tcPr>
          <w:p w14:paraId="0C03292D" w14:textId="77777777" w:rsidR="0099453B" w:rsidRDefault="00000000">
            <w:r>
              <w:t>................................................................................................</w:t>
            </w:r>
          </w:p>
        </w:tc>
      </w:tr>
      <w:tr w:rsidR="0099453B" w14:paraId="724ACDCB" w14:textId="77777777">
        <w:trPr>
          <w:jc w:val="center"/>
        </w:trPr>
        <w:tc>
          <w:tcPr>
            <w:tcW w:w="2381" w:type="dxa"/>
            <w:shd w:val="clear" w:color="auto" w:fill="FFFFFF"/>
            <w:vAlign w:val="center"/>
          </w:tcPr>
          <w:p w14:paraId="2D6F7D96" w14:textId="77777777" w:rsidR="0099453B" w:rsidRPr="003A1CC9" w:rsidRDefault="00000000">
            <w:pPr>
              <w:rPr>
                <w:sz w:val="22"/>
              </w:rPr>
            </w:pPr>
            <w:r w:rsidRPr="003A1CC9">
              <w:rPr>
                <w:b/>
                <w:color w:val="484E2B"/>
                <w:sz w:val="22"/>
              </w:rPr>
              <w:t>Telefoonnummer</w:t>
            </w:r>
          </w:p>
        </w:tc>
        <w:tc>
          <w:tcPr>
            <w:tcW w:w="6973" w:type="dxa"/>
            <w:shd w:val="clear" w:color="auto" w:fill="FFFFFF"/>
            <w:vAlign w:val="center"/>
          </w:tcPr>
          <w:p w14:paraId="2931B072" w14:textId="77777777" w:rsidR="0099453B" w:rsidRDefault="00000000">
            <w:r>
              <w:t>................................................................................................</w:t>
            </w:r>
          </w:p>
        </w:tc>
      </w:tr>
    </w:tbl>
    <w:p w14:paraId="3AC5D06B" w14:textId="77777777" w:rsidR="0099453B" w:rsidRPr="003C3240" w:rsidRDefault="00000000">
      <w:pPr>
        <w:pStyle w:val="Kop1"/>
        <w:rPr>
          <w:lang w:val="nl-BE"/>
        </w:rPr>
      </w:pPr>
      <w:r w:rsidRPr="003C3240">
        <w:rPr>
          <w:lang w:val="nl-BE"/>
        </w:rPr>
        <w:t xml:space="preserve">2. </w:t>
      </w:r>
      <w:r w:rsidRPr="003A1CC9">
        <w:rPr>
          <w:sz w:val="32"/>
          <w:szCs w:val="32"/>
          <w:lang w:val="nl-BE"/>
        </w:rPr>
        <w:t>Aard en doel van de begeleiding</w:t>
      </w:r>
    </w:p>
    <w:p w14:paraId="51D97375" w14:textId="77777777" w:rsidR="0099453B" w:rsidRPr="003A1CC9" w:rsidRDefault="00000000">
      <w:pPr>
        <w:keepLines/>
        <w:rPr>
          <w:sz w:val="22"/>
          <w:lang w:val="nl-BE"/>
        </w:rPr>
      </w:pPr>
      <w:r w:rsidRPr="003A1CC9">
        <w:rPr>
          <w:sz w:val="22"/>
          <w:lang w:val="nl-BE"/>
        </w:rPr>
        <w:t xml:space="preserve">Ik begrijp dat de begeleiding bij </w:t>
      </w:r>
      <w:proofErr w:type="spellStart"/>
      <w:r w:rsidRPr="003A1CC9">
        <w:rPr>
          <w:sz w:val="22"/>
          <w:lang w:val="nl-BE"/>
        </w:rPr>
        <w:t>Holivion</w:t>
      </w:r>
      <w:proofErr w:type="spellEnd"/>
      <w:r w:rsidRPr="003A1CC9">
        <w:rPr>
          <w:sz w:val="22"/>
          <w:lang w:val="nl-BE"/>
        </w:rPr>
        <w:t xml:space="preserve"> gericht is op voeding, leefstijl en orthomoleculaire ondersteuning, met als doel mijn gezondheid en welzijn te ondersteunen. Adviezen kunnen betrekking hebben op onder meer voeding, leefstijl, beweging, slaap, stressmanagement en, waar passend, voedingssupplementen.</w:t>
      </w:r>
    </w:p>
    <w:p w14:paraId="1E2F4080" w14:textId="77777777" w:rsidR="0099453B" w:rsidRPr="003A1CC9" w:rsidRDefault="00000000">
      <w:pPr>
        <w:keepLines/>
        <w:rPr>
          <w:sz w:val="22"/>
          <w:lang w:val="nl-BE"/>
        </w:rPr>
      </w:pPr>
      <w:r w:rsidRPr="003A1CC9">
        <w:rPr>
          <w:b/>
          <w:sz w:val="22"/>
          <w:lang w:val="nl-BE"/>
        </w:rPr>
        <w:t>Ik begrijp dat deze begeleiding geen medische diagnose of behandeling vervangt en geen vervanging is voor zorg door een arts of andere bevoegde zorgverlener. Bij medische klachten, alarmsymptomen of twijfel word ik geadviseerd mijn arts te raadplegen.</w:t>
      </w:r>
    </w:p>
    <w:p w14:paraId="15CA1EAF" w14:textId="77777777" w:rsidR="0099453B" w:rsidRPr="003C3240" w:rsidRDefault="00000000">
      <w:pPr>
        <w:pStyle w:val="Kop1"/>
        <w:rPr>
          <w:lang w:val="nl-BE"/>
        </w:rPr>
      </w:pPr>
      <w:r w:rsidRPr="003C3240">
        <w:rPr>
          <w:lang w:val="nl-BE"/>
        </w:rPr>
        <w:t xml:space="preserve">3. </w:t>
      </w:r>
      <w:r w:rsidRPr="003A1CC9">
        <w:rPr>
          <w:sz w:val="32"/>
          <w:szCs w:val="32"/>
          <w:lang w:val="nl-BE"/>
        </w:rPr>
        <w:t>Informatie over gezondheid en medicatie</w:t>
      </w:r>
    </w:p>
    <w:p w14:paraId="0607CB30" w14:textId="77777777" w:rsidR="0099453B" w:rsidRPr="003A1CC9" w:rsidRDefault="00000000">
      <w:pPr>
        <w:keepLines/>
        <w:rPr>
          <w:sz w:val="22"/>
          <w:lang w:val="nl-BE"/>
        </w:rPr>
      </w:pPr>
      <w:r w:rsidRPr="003A1CC9">
        <w:rPr>
          <w:sz w:val="22"/>
          <w:lang w:val="nl-BE"/>
        </w:rPr>
        <w:t>Voor een veilige en passende begeleiding verbind ik mij ertoe relevante informatie correct en volledig mee te delen, waaronder bestaande aandoeningen of diagnoses, klachten, allergieën of intoleranties, zwangerschap of borstvoeding, medicatie, voedingssupplementen en lopende medische of therapeutische behandelingen.</w:t>
      </w:r>
    </w:p>
    <w:p w14:paraId="740A98F9" w14:textId="77777777" w:rsidR="0099453B" w:rsidRPr="003A1CC9" w:rsidRDefault="00000000">
      <w:pPr>
        <w:keepLines/>
        <w:rPr>
          <w:sz w:val="22"/>
          <w:lang w:val="nl-BE"/>
        </w:rPr>
      </w:pPr>
      <w:r w:rsidRPr="003A1CC9">
        <w:rPr>
          <w:sz w:val="22"/>
          <w:lang w:val="nl-BE"/>
        </w:rPr>
        <w:t>Ik meld belangrijke wijzigingen in mijn gezondheidstoestand, medicatie, supplementgebruik of behandeling zo spoedig mogelijk.</w:t>
      </w:r>
    </w:p>
    <w:p w14:paraId="559B6C8F" w14:textId="77777777" w:rsidR="0099453B" w:rsidRPr="003C3240" w:rsidRDefault="00000000">
      <w:pPr>
        <w:pStyle w:val="Kop1"/>
        <w:rPr>
          <w:lang w:val="nl-BE"/>
        </w:rPr>
      </w:pPr>
      <w:r w:rsidRPr="003C3240">
        <w:rPr>
          <w:lang w:val="nl-BE"/>
        </w:rPr>
        <w:t xml:space="preserve">4. </w:t>
      </w:r>
      <w:r w:rsidRPr="003A1CC9">
        <w:rPr>
          <w:sz w:val="32"/>
          <w:szCs w:val="32"/>
          <w:lang w:val="nl-BE"/>
        </w:rPr>
        <w:t>Toestemming voor verwerking van gezondheidsgegevens</w:t>
      </w:r>
    </w:p>
    <w:p w14:paraId="46A09D90" w14:textId="77777777" w:rsidR="0099453B" w:rsidRPr="003A1CC9" w:rsidRDefault="00000000">
      <w:pPr>
        <w:keepLines/>
        <w:rPr>
          <w:sz w:val="22"/>
          <w:lang w:val="nl-BE"/>
        </w:rPr>
      </w:pPr>
      <w:r w:rsidRPr="003A1CC9">
        <w:rPr>
          <w:sz w:val="22"/>
          <w:lang w:val="nl-BE"/>
        </w:rPr>
        <w:t xml:space="preserve">Ik geef uitdrukkelijk toestemming aan </w:t>
      </w:r>
      <w:proofErr w:type="spellStart"/>
      <w:r w:rsidRPr="003A1CC9">
        <w:rPr>
          <w:sz w:val="22"/>
          <w:lang w:val="nl-BE"/>
        </w:rPr>
        <w:t>Holivion</w:t>
      </w:r>
      <w:proofErr w:type="spellEnd"/>
      <w:r w:rsidRPr="003A1CC9">
        <w:rPr>
          <w:sz w:val="22"/>
          <w:lang w:val="nl-BE"/>
        </w:rPr>
        <w:t xml:space="preserve"> om de door mij verstrekte persoonsgegevens en gezondheidsgegevens te verwerken voor zover dit noodzakelijk is voor mijn begeleiding, dossieropvolging, communicatie en administratieve verplichtingen.</w:t>
      </w:r>
    </w:p>
    <w:p w14:paraId="1AC98192" w14:textId="77777777" w:rsidR="0099453B" w:rsidRDefault="00000000">
      <w:pPr>
        <w:keepLines/>
        <w:rPr>
          <w:sz w:val="22"/>
          <w:lang w:val="nl-BE"/>
        </w:rPr>
      </w:pPr>
      <w:r w:rsidRPr="003A1CC9">
        <w:rPr>
          <w:sz w:val="22"/>
          <w:lang w:val="nl-BE"/>
        </w:rPr>
        <w:t xml:space="preserve">Gezondheidsgegevens worden vertrouwelijk behandeld en verwerkt overeenkomstig de toepasselijke privacywetgeving, waaronder de AVG/GDPR. Meer informatie over de verwerking, bewaartermijnen en mijn rechten staat in de privacyverklaring van </w:t>
      </w:r>
      <w:proofErr w:type="spellStart"/>
      <w:r w:rsidRPr="003A1CC9">
        <w:rPr>
          <w:sz w:val="22"/>
          <w:lang w:val="nl-BE"/>
        </w:rPr>
        <w:t>Holivion</w:t>
      </w:r>
      <w:proofErr w:type="spellEnd"/>
      <w:r w:rsidRPr="003A1CC9">
        <w:rPr>
          <w:sz w:val="22"/>
          <w:lang w:val="nl-BE"/>
        </w:rPr>
        <w:t>.</w:t>
      </w:r>
    </w:p>
    <w:p w14:paraId="6B52CCA8" w14:textId="77777777" w:rsidR="003A1CC9" w:rsidRDefault="003A1CC9">
      <w:pPr>
        <w:keepLines/>
        <w:rPr>
          <w:sz w:val="22"/>
          <w:lang w:val="nl-BE"/>
        </w:rPr>
      </w:pPr>
    </w:p>
    <w:p w14:paraId="37803FBD" w14:textId="77777777" w:rsidR="003A1CC9" w:rsidRDefault="003A1CC9">
      <w:pPr>
        <w:keepLines/>
        <w:rPr>
          <w:sz w:val="22"/>
          <w:lang w:val="nl-BE"/>
        </w:rPr>
      </w:pPr>
    </w:p>
    <w:p w14:paraId="59194FF0" w14:textId="77777777" w:rsidR="003A1CC9" w:rsidRPr="003A1CC9" w:rsidRDefault="003A1CC9">
      <w:pPr>
        <w:keepLines/>
        <w:rPr>
          <w:sz w:val="22"/>
          <w:lang w:val="nl-BE"/>
        </w:rPr>
      </w:pPr>
    </w:p>
    <w:p w14:paraId="3F7C72DD" w14:textId="77777777" w:rsidR="0099453B" w:rsidRPr="003C3240" w:rsidRDefault="00000000">
      <w:pPr>
        <w:pStyle w:val="Kop1"/>
        <w:rPr>
          <w:lang w:val="nl-BE"/>
        </w:rPr>
      </w:pPr>
      <w:r w:rsidRPr="003C3240">
        <w:rPr>
          <w:lang w:val="nl-BE"/>
        </w:rPr>
        <w:lastRenderedPageBreak/>
        <w:t xml:space="preserve">5. </w:t>
      </w:r>
      <w:r w:rsidRPr="003A1CC9">
        <w:rPr>
          <w:sz w:val="32"/>
          <w:szCs w:val="32"/>
          <w:lang w:val="nl-BE"/>
        </w:rPr>
        <w:t>Mijn toestemming</w:t>
      </w:r>
    </w:p>
    <w:p w14:paraId="244F644D" w14:textId="77777777" w:rsidR="0099453B" w:rsidRPr="003A1CC9" w:rsidRDefault="00000000">
      <w:pPr>
        <w:keepLines/>
        <w:ind w:left="113" w:hanging="113"/>
        <w:rPr>
          <w:sz w:val="22"/>
          <w:lang w:val="nl-BE"/>
        </w:rPr>
      </w:pPr>
      <w:proofErr w:type="gramStart"/>
      <w:r w:rsidRPr="003A1CC9">
        <w:rPr>
          <w:color w:val="B89130"/>
          <w:sz w:val="22"/>
          <w:lang w:val="nl-BE"/>
        </w:rPr>
        <w:t xml:space="preserve">☐  </w:t>
      </w:r>
      <w:r w:rsidRPr="003A1CC9">
        <w:rPr>
          <w:sz w:val="22"/>
          <w:lang w:val="nl-BE"/>
        </w:rPr>
        <w:t>Ik</w:t>
      </w:r>
      <w:proofErr w:type="gramEnd"/>
      <w:r w:rsidRPr="003A1CC9">
        <w:rPr>
          <w:sz w:val="22"/>
          <w:lang w:val="nl-BE"/>
        </w:rPr>
        <w:t xml:space="preserve"> heb bovenstaande informatie gelezen en begrepen en stem vrijwillig in met de orthomoleculaire voedings- en leefstijlbegeleiding.</w:t>
      </w:r>
    </w:p>
    <w:p w14:paraId="14C7938D" w14:textId="77777777" w:rsidR="0099453B" w:rsidRPr="003A1CC9" w:rsidRDefault="00000000">
      <w:pPr>
        <w:keepLines/>
        <w:ind w:left="113" w:hanging="113"/>
        <w:rPr>
          <w:sz w:val="22"/>
          <w:lang w:val="nl-BE"/>
        </w:rPr>
      </w:pPr>
      <w:proofErr w:type="gramStart"/>
      <w:r w:rsidRPr="003A1CC9">
        <w:rPr>
          <w:color w:val="B89130"/>
          <w:sz w:val="22"/>
          <w:lang w:val="nl-BE"/>
        </w:rPr>
        <w:t xml:space="preserve">☐  </w:t>
      </w:r>
      <w:r w:rsidRPr="003A1CC9">
        <w:rPr>
          <w:sz w:val="22"/>
          <w:lang w:val="nl-BE"/>
        </w:rPr>
        <w:t>Ik</w:t>
      </w:r>
      <w:proofErr w:type="gramEnd"/>
      <w:r w:rsidRPr="003A1CC9">
        <w:rPr>
          <w:sz w:val="22"/>
          <w:lang w:val="nl-BE"/>
        </w:rPr>
        <w:t xml:space="preserve"> geef uitdrukkelijk toestemming voor de verwerking van mijn gezondheidsgegevens voor de hierboven omschreven doeleinden.</w:t>
      </w:r>
    </w:p>
    <w:p w14:paraId="477436D4" w14:textId="77777777" w:rsidR="0099453B" w:rsidRPr="003A1CC9" w:rsidRDefault="00000000">
      <w:pPr>
        <w:keepLines/>
        <w:ind w:left="113" w:hanging="113"/>
        <w:rPr>
          <w:sz w:val="22"/>
          <w:lang w:val="nl-BE"/>
        </w:rPr>
      </w:pPr>
      <w:proofErr w:type="gramStart"/>
      <w:r w:rsidRPr="003A1CC9">
        <w:rPr>
          <w:color w:val="B89130"/>
          <w:sz w:val="22"/>
          <w:lang w:val="nl-BE"/>
        </w:rPr>
        <w:t xml:space="preserve">☐  </w:t>
      </w:r>
      <w:r w:rsidRPr="003A1CC9">
        <w:rPr>
          <w:sz w:val="22"/>
          <w:lang w:val="nl-BE"/>
        </w:rPr>
        <w:t>Ik</w:t>
      </w:r>
      <w:proofErr w:type="gramEnd"/>
      <w:r w:rsidRPr="003A1CC9">
        <w:rPr>
          <w:sz w:val="22"/>
          <w:lang w:val="nl-BE"/>
        </w:rPr>
        <w:t xml:space="preserve"> verklaar dat ik de privacyverklaring van </w:t>
      </w:r>
      <w:proofErr w:type="spellStart"/>
      <w:r w:rsidRPr="003A1CC9">
        <w:rPr>
          <w:sz w:val="22"/>
          <w:lang w:val="nl-BE"/>
        </w:rPr>
        <w:t>Holivion</w:t>
      </w:r>
      <w:proofErr w:type="spellEnd"/>
      <w:r w:rsidRPr="003A1CC9">
        <w:rPr>
          <w:sz w:val="22"/>
          <w:lang w:val="nl-BE"/>
        </w:rPr>
        <w:t xml:space="preserve"> heb kunnen raadplegen en kennis heb genomen van mijn </w:t>
      </w:r>
      <w:proofErr w:type="spellStart"/>
      <w:r w:rsidRPr="003A1CC9">
        <w:rPr>
          <w:sz w:val="22"/>
          <w:lang w:val="nl-BE"/>
        </w:rPr>
        <w:t>privacyrechten</w:t>
      </w:r>
      <w:proofErr w:type="spellEnd"/>
      <w:r w:rsidRPr="003A1CC9">
        <w:rPr>
          <w:sz w:val="22"/>
          <w:lang w:val="nl-BE"/>
        </w:rPr>
        <w:t>.</w:t>
      </w:r>
    </w:p>
    <w:p w14:paraId="50683C1B" w14:textId="77777777" w:rsidR="0099453B" w:rsidRPr="003A1CC9" w:rsidRDefault="00000000">
      <w:pPr>
        <w:keepLines/>
        <w:ind w:left="113" w:hanging="113"/>
        <w:rPr>
          <w:sz w:val="22"/>
          <w:lang w:val="nl-BE"/>
        </w:rPr>
      </w:pPr>
      <w:proofErr w:type="gramStart"/>
      <w:r w:rsidRPr="003A1CC9">
        <w:rPr>
          <w:color w:val="B89130"/>
          <w:sz w:val="22"/>
          <w:lang w:val="nl-BE"/>
        </w:rPr>
        <w:t xml:space="preserve">☐  </w:t>
      </w:r>
      <w:r w:rsidRPr="003A1CC9">
        <w:rPr>
          <w:sz w:val="22"/>
          <w:lang w:val="nl-BE"/>
        </w:rPr>
        <w:t>Ik</w:t>
      </w:r>
      <w:proofErr w:type="gramEnd"/>
      <w:r w:rsidRPr="003A1CC9">
        <w:rPr>
          <w:sz w:val="22"/>
          <w:lang w:val="nl-BE"/>
        </w:rPr>
        <w:t xml:space="preserve"> begrijp dat ik mijn toestemming voor toekomstige verwerking op elk moment kan intrekken, zonder afbreuk te doen aan de rechtmatigheid van de verwerking vóór die intrekking.</w:t>
      </w:r>
    </w:p>
    <w:p w14:paraId="49D6B086" w14:textId="77777777" w:rsidR="0099453B" w:rsidRDefault="00000000">
      <w:pPr>
        <w:pStyle w:val="Kop1"/>
      </w:pPr>
      <w:r>
        <w:t xml:space="preserve">6. </w:t>
      </w:r>
      <w:r w:rsidRPr="003A1CC9">
        <w:rPr>
          <w:sz w:val="32"/>
          <w:szCs w:val="32"/>
          <w:lang w:val="nl-BE"/>
        </w:rPr>
        <w:t>Ondertekening</w:t>
      </w:r>
    </w:p>
    <w:tbl>
      <w:tblPr>
        <w:tblW w:w="0" w:type="auto"/>
        <w:jc w:val="center"/>
        <w:tblLook w:val="04A0" w:firstRow="1" w:lastRow="0" w:firstColumn="1" w:lastColumn="0" w:noHBand="0" w:noVBand="1"/>
      </w:tblPr>
      <w:tblGrid>
        <w:gridCol w:w="4986"/>
        <w:gridCol w:w="4986"/>
      </w:tblGrid>
      <w:tr w:rsidR="0099453B" w14:paraId="0481B0CE" w14:textId="77777777">
        <w:trPr>
          <w:jc w:val="center"/>
        </w:trPr>
        <w:tc>
          <w:tcPr>
            <w:tcW w:w="4986" w:type="dxa"/>
          </w:tcPr>
          <w:p w14:paraId="4C3EE0EA" w14:textId="77777777" w:rsidR="0099453B" w:rsidRPr="003A1CC9" w:rsidRDefault="00000000">
            <w:pPr>
              <w:rPr>
                <w:sz w:val="22"/>
              </w:rPr>
            </w:pPr>
            <w:r w:rsidRPr="003A1CC9">
              <w:rPr>
                <w:b/>
                <w:color w:val="484E2B"/>
                <w:sz w:val="22"/>
              </w:rPr>
              <w:t>Naam cliënt</w:t>
            </w:r>
            <w:r w:rsidRPr="003A1CC9">
              <w:rPr>
                <w:sz w:val="22"/>
              </w:rPr>
              <w:br/>
            </w:r>
            <w:r w:rsidRPr="003A1CC9">
              <w:rPr>
                <w:sz w:val="22"/>
              </w:rPr>
              <w:br/>
              <w:t>________________________________</w:t>
            </w:r>
          </w:p>
        </w:tc>
        <w:tc>
          <w:tcPr>
            <w:tcW w:w="4986" w:type="dxa"/>
          </w:tcPr>
          <w:p w14:paraId="234761DA" w14:textId="77777777" w:rsidR="0099453B" w:rsidRPr="003A1CC9" w:rsidRDefault="00000000">
            <w:pPr>
              <w:rPr>
                <w:sz w:val="22"/>
              </w:rPr>
            </w:pPr>
            <w:r w:rsidRPr="003A1CC9">
              <w:rPr>
                <w:b/>
                <w:color w:val="484E2B"/>
                <w:sz w:val="22"/>
              </w:rPr>
              <w:t>Datum</w:t>
            </w:r>
            <w:r w:rsidRPr="003A1CC9">
              <w:rPr>
                <w:sz w:val="22"/>
              </w:rPr>
              <w:br/>
            </w:r>
            <w:r w:rsidRPr="003A1CC9">
              <w:rPr>
                <w:sz w:val="22"/>
              </w:rPr>
              <w:br/>
              <w:t>________________________________</w:t>
            </w:r>
          </w:p>
        </w:tc>
      </w:tr>
      <w:tr w:rsidR="0099453B" w14:paraId="2F27FF37" w14:textId="77777777">
        <w:trPr>
          <w:jc w:val="center"/>
        </w:trPr>
        <w:tc>
          <w:tcPr>
            <w:tcW w:w="4986" w:type="dxa"/>
          </w:tcPr>
          <w:p w14:paraId="7E6882AF" w14:textId="77777777" w:rsidR="0099453B" w:rsidRPr="003A1CC9" w:rsidRDefault="00000000">
            <w:pPr>
              <w:rPr>
                <w:sz w:val="22"/>
              </w:rPr>
            </w:pPr>
            <w:r w:rsidRPr="003A1CC9">
              <w:rPr>
                <w:b/>
                <w:color w:val="484E2B"/>
                <w:sz w:val="22"/>
              </w:rPr>
              <w:t>Handtekening cliënt</w:t>
            </w:r>
            <w:r w:rsidRPr="003A1CC9">
              <w:rPr>
                <w:sz w:val="22"/>
              </w:rPr>
              <w:br/>
            </w:r>
            <w:r w:rsidRPr="003A1CC9">
              <w:rPr>
                <w:sz w:val="22"/>
              </w:rPr>
              <w:br/>
              <w:t>________________________________</w:t>
            </w:r>
          </w:p>
        </w:tc>
        <w:tc>
          <w:tcPr>
            <w:tcW w:w="4986" w:type="dxa"/>
          </w:tcPr>
          <w:p w14:paraId="0A6A6817" w14:textId="77777777" w:rsidR="0099453B" w:rsidRPr="003A1CC9" w:rsidRDefault="00000000">
            <w:pPr>
              <w:rPr>
                <w:sz w:val="22"/>
              </w:rPr>
            </w:pPr>
            <w:r w:rsidRPr="003A1CC9">
              <w:rPr>
                <w:b/>
                <w:color w:val="484E2B"/>
                <w:sz w:val="22"/>
              </w:rPr>
              <w:t>Handtekening Holivion</w:t>
            </w:r>
            <w:r w:rsidRPr="003A1CC9">
              <w:rPr>
                <w:sz w:val="22"/>
              </w:rPr>
              <w:br/>
            </w:r>
            <w:r w:rsidRPr="003A1CC9">
              <w:rPr>
                <w:sz w:val="22"/>
              </w:rPr>
              <w:br/>
              <w:t>________________________________</w:t>
            </w:r>
          </w:p>
        </w:tc>
      </w:tr>
      <w:tr w:rsidR="0099453B" w14:paraId="737AF7CD" w14:textId="77777777">
        <w:trPr>
          <w:jc w:val="center"/>
        </w:trPr>
        <w:tc>
          <w:tcPr>
            <w:tcW w:w="4986" w:type="dxa"/>
          </w:tcPr>
          <w:p w14:paraId="2C76B80C" w14:textId="77777777" w:rsidR="0099453B" w:rsidRDefault="0099453B"/>
        </w:tc>
        <w:tc>
          <w:tcPr>
            <w:tcW w:w="4986" w:type="dxa"/>
          </w:tcPr>
          <w:p w14:paraId="617F80BF" w14:textId="77777777" w:rsidR="0099453B" w:rsidRDefault="0099453B"/>
        </w:tc>
      </w:tr>
    </w:tbl>
    <w:p w14:paraId="4F815A33" w14:textId="77777777" w:rsidR="0065491F" w:rsidRDefault="0065491F"/>
    <w:sectPr w:rsidR="0065491F" w:rsidSect="00034616">
      <w:headerReference w:type="default" r:id="rId8"/>
      <w:footerReference w:type="default" r:id="rId9"/>
      <w:pgSz w:w="12240" w:h="15840"/>
      <w:pgMar w:top="850"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08F86" w14:textId="77777777" w:rsidR="0065491F" w:rsidRDefault="0065491F">
      <w:pPr>
        <w:spacing w:after="0" w:line="240" w:lineRule="auto"/>
      </w:pPr>
      <w:r>
        <w:separator/>
      </w:r>
    </w:p>
  </w:endnote>
  <w:endnote w:type="continuationSeparator" w:id="0">
    <w:p w14:paraId="01056100" w14:textId="77777777" w:rsidR="0065491F" w:rsidRDefault="00654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85D4" w14:textId="77777777" w:rsidR="0099453B" w:rsidRPr="0001719E" w:rsidRDefault="00000000">
    <w:pPr>
      <w:pStyle w:val="Voettekst"/>
      <w:jc w:val="center"/>
      <w:rPr>
        <w:sz w:val="18"/>
        <w:szCs w:val="18"/>
        <w:lang w:val="nl-BE"/>
      </w:rPr>
    </w:pPr>
    <w:proofErr w:type="gramStart"/>
    <w:r w:rsidRPr="0001719E">
      <w:rPr>
        <w:color w:val="484E2B"/>
        <w:sz w:val="18"/>
        <w:szCs w:val="18"/>
        <w:lang w:val="nl-BE"/>
      </w:rPr>
      <w:t>HOLIVION  •</w:t>
    </w:r>
    <w:proofErr w:type="gramEnd"/>
    <w:r w:rsidRPr="0001719E">
      <w:rPr>
        <w:color w:val="484E2B"/>
        <w:sz w:val="18"/>
        <w:szCs w:val="18"/>
        <w:lang w:val="nl-BE"/>
      </w:rPr>
      <w:t xml:space="preserve">  De kunst van gezond leven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2ACE" w14:textId="77777777" w:rsidR="0065491F" w:rsidRDefault="0065491F">
      <w:pPr>
        <w:spacing w:after="0" w:line="240" w:lineRule="auto"/>
      </w:pPr>
      <w:r>
        <w:separator/>
      </w:r>
    </w:p>
  </w:footnote>
  <w:footnote w:type="continuationSeparator" w:id="0">
    <w:p w14:paraId="0A42CDBC" w14:textId="77777777" w:rsidR="0065491F" w:rsidRDefault="00654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2A96" w14:textId="77777777" w:rsidR="0099453B" w:rsidRDefault="00000000">
    <w:pPr>
      <w:pStyle w:val="Koptekst"/>
      <w:spacing w:after="40"/>
      <w:jc w:val="center"/>
    </w:pPr>
    <w:r>
      <w:rPr>
        <w:noProof/>
      </w:rPr>
      <w:drawing>
        <wp:inline distT="0" distB="0" distL="0" distR="0" wp14:anchorId="262BFC48" wp14:editId="3A58A825">
          <wp:extent cx="1485901"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logo 3.png"/>
                  <pic:cNvPicPr/>
                </pic:nvPicPr>
                <pic:blipFill>
                  <a:blip r:embed="rId1"/>
                  <a:stretch>
                    <a:fillRect/>
                  </a:stretch>
                </pic:blipFill>
                <pic:spPr>
                  <a:xfrm>
                    <a:off x="0" y="0"/>
                    <a:ext cx="1489030" cy="9926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605384770">
    <w:abstractNumId w:val="8"/>
  </w:num>
  <w:num w:numId="2" w16cid:durableId="136193184">
    <w:abstractNumId w:val="6"/>
  </w:num>
  <w:num w:numId="3" w16cid:durableId="42992870">
    <w:abstractNumId w:val="5"/>
  </w:num>
  <w:num w:numId="4" w16cid:durableId="715660138">
    <w:abstractNumId w:val="4"/>
  </w:num>
  <w:num w:numId="5" w16cid:durableId="1221743406">
    <w:abstractNumId w:val="7"/>
  </w:num>
  <w:num w:numId="6" w16cid:durableId="1090656934">
    <w:abstractNumId w:val="3"/>
  </w:num>
  <w:num w:numId="7" w16cid:durableId="1956791717">
    <w:abstractNumId w:val="2"/>
  </w:num>
  <w:num w:numId="8" w16cid:durableId="1889565108">
    <w:abstractNumId w:val="1"/>
  </w:num>
  <w:num w:numId="9" w16cid:durableId="1814829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19E"/>
    <w:rsid w:val="00034616"/>
    <w:rsid w:val="0006063C"/>
    <w:rsid w:val="000C2622"/>
    <w:rsid w:val="0015074B"/>
    <w:rsid w:val="0029639D"/>
    <w:rsid w:val="00326F90"/>
    <w:rsid w:val="003A1CC9"/>
    <w:rsid w:val="003C3240"/>
    <w:rsid w:val="0065491F"/>
    <w:rsid w:val="007E6217"/>
    <w:rsid w:val="0099453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BF4745"/>
  <w14:defaultImageDpi w14:val="300"/>
  <w15:docId w15:val="{0F4B3624-CB2E-4213-A8F4-C80B2D71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line="252" w:lineRule="auto"/>
    </w:pPr>
    <w:rPr>
      <w:rFonts w:ascii="Aptos" w:hAnsi="Aptos"/>
      <w:color w:val="34372A"/>
      <w:sz w:val="19"/>
    </w:rPr>
  </w:style>
  <w:style w:type="paragraph" w:styleId="Kop1">
    <w:name w:val="heading 1"/>
    <w:basedOn w:val="Standaard"/>
    <w:next w:val="Standaard"/>
    <w:link w:val="Kop1Char"/>
    <w:uiPriority w:val="9"/>
    <w:qFormat/>
    <w:rsid w:val="00FC693F"/>
    <w:pPr>
      <w:keepNext/>
      <w:keepLines/>
      <w:spacing w:before="140"/>
      <w:outlineLvl w:val="0"/>
    </w:pPr>
    <w:rPr>
      <w:rFonts w:asciiTheme="majorHAnsi" w:eastAsiaTheme="majorEastAsia" w:hAnsiTheme="majorHAnsi" w:cstheme="majorBidi"/>
      <w:b/>
      <w:bCs/>
      <w:color w:val="484E2B"/>
      <w:sz w:val="25"/>
      <w:szCs w:val="28"/>
    </w:rPr>
  </w:style>
  <w:style w:type="paragraph" w:styleId="Kop2">
    <w:name w:val="heading 2"/>
    <w:basedOn w:val="Standaard"/>
    <w:next w:val="Standaard"/>
    <w:link w:val="Kop2Char"/>
    <w:uiPriority w:val="9"/>
    <w:unhideWhenUsed/>
    <w:qFormat/>
    <w:rsid w:val="00FC693F"/>
    <w:pPr>
      <w:keepNext/>
      <w:keepLines/>
      <w:spacing w:before="140"/>
      <w:outlineLvl w:val="1"/>
    </w:pPr>
    <w:rPr>
      <w:rFonts w:asciiTheme="majorHAnsi" w:eastAsiaTheme="majorEastAsia" w:hAnsiTheme="majorHAnsi" w:cstheme="majorBidi"/>
      <w:b/>
      <w:bCs/>
      <w:color w:val="484E2B"/>
      <w:sz w:val="21"/>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484E2B"/>
      <w:spacing w:val="5"/>
      <w:kern w:val="28"/>
      <w:sz w:val="4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Mooren Inge (PZ Antwerpen)</cp:lastModifiedBy>
  <cp:revision>5</cp:revision>
  <dcterms:created xsi:type="dcterms:W3CDTF">2026-08-09T13:01:00Z</dcterms:created>
  <dcterms:modified xsi:type="dcterms:W3CDTF">2026-08-09T13:04:00Z</dcterms:modified>
  <cp:category/>
</cp:coreProperties>
</file>